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Tom's Review System - Class Review Example</w:t>
      </w:r>
    </w:p>
    <w:p>
      <w:pPr>
        <w:jc w:val="center"/>
      </w:pPr>
      <w:r>
        <w:rPr>
          <w:i/>
          <w:sz w:val="20"/>
        </w:rPr>
        <w:t>Five scored questions teachers can edit and reuse.</w:t>
      </w:r>
    </w:p>
    <w:p>
      <w:r>
        <w:rPr>
          <w:b/>
        </w:rPr>
        <w:t>QUESTION 1: What is the capital of Kansas?</w:t>
      </w:r>
    </w:p>
    <w:p>
      <w:r>
        <w:t>A. Wichita</w:t>
      </w:r>
    </w:p>
    <w:p>
      <w:r>
        <w:t>B. Topeka</w:t>
      </w:r>
    </w:p>
    <w:p>
      <w:r>
        <w:t>C. Lawrence</w:t>
      </w:r>
    </w:p>
    <w:p>
      <w:r>
        <w:t>D. Dodge City</w:t>
      </w:r>
    </w:p>
    <w:p>
      <w:r>
        <w:t>ANSWER: B</w:t>
      </w:r>
    </w:p>
    <w:p>
      <w:r>
        <w:t>HINT: Think of the city where the Kansas State Capitol is located.</w:t>
      </w:r>
    </w:p>
    <w:p>
      <w:r>
        <w:t>EXPLANATION: Topeka is the capital of Kansas.</w:t>
      </w:r>
    </w:p>
    <w:p/>
    <w:p>
      <w:r>
        <w:rPr>
          <w:b/>
        </w:rPr>
        <w:t>QUESTION 2: Solve: 3x + 5 = 20</w:t>
      </w:r>
    </w:p>
    <w:p>
      <w:r>
        <w:t>A. x = 3</w:t>
      </w:r>
    </w:p>
    <w:p>
      <w:r>
        <w:t>B. x = 4</w:t>
      </w:r>
    </w:p>
    <w:p>
      <w:r>
        <w:t>C. x = 5</w:t>
      </w:r>
    </w:p>
    <w:p>
      <w:r>
        <w:t>D. x = 6</w:t>
      </w:r>
    </w:p>
    <w:p>
      <w:r>
        <w:t>ANSWER: C</w:t>
      </w:r>
    </w:p>
    <w:p>
      <w:r>
        <w:t>HINT: Subtract 5 from both sides first.</w:t>
      </w:r>
    </w:p>
    <w:p>
      <w:r>
        <w:t>EXPLANATION: 3x = 15, so x = 5.</w:t>
      </w:r>
    </w:p>
    <w:p/>
    <w:p>
      <w:r>
        <w:rPr>
          <w:b/>
        </w:rPr>
        <w:t>QUESTION 3: Which planet is closest to the Sun?</w:t>
      </w:r>
    </w:p>
    <w:p>
      <w:r>
        <w:t>A. Venus</w:t>
      </w:r>
    </w:p>
    <w:p>
      <w:r>
        <w:t>B. Earth</w:t>
      </w:r>
    </w:p>
    <w:p>
      <w:r>
        <w:t>C. Mercury</w:t>
      </w:r>
    </w:p>
    <w:p>
      <w:r>
        <w:t>D. Mars</w:t>
      </w:r>
    </w:p>
    <w:p>
      <w:r>
        <w:t>ANSWER: C</w:t>
      </w:r>
    </w:p>
    <w:p>
      <w:r>
        <w:t>HINT: It is the smallest planet in our solar system.</w:t>
      </w:r>
    </w:p>
    <w:p>
      <w:r>
        <w:t>EXPLANATION: Mercury is the planet closest to the Sun.</w:t>
      </w:r>
    </w:p>
    <w:p/>
    <w:p>
      <w:r>
        <w:rPr>
          <w:b/>
        </w:rPr>
        <w:t>QUESTION 4: Which sentence uses the apostrophe correctly?</w:t>
      </w:r>
    </w:p>
    <w:p>
      <w:r>
        <w:t>A. The dogs bone was buried.</w:t>
      </w:r>
    </w:p>
    <w:p>
      <w:r>
        <w:t>B. The dog's bone was buried.</w:t>
      </w:r>
    </w:p>
    <w:p>
      <w:r>
        <w:t>C. The dogs' bone was buried by one dog.</w:t>
      </w:r>
    </w:p>
    <w:p>
      <w:r>
        <w:t>D. The dog's' bone was buried.</w:t>
      </w:r>
    </w:p>
    <w:p>
      <w:r>
        <w:t>ANSWER: B</w:t>
      </w:r>
    </w:p>
    <w:p>
      <w:r>
        <w:t>HINT: The bone belongs to one dog.</w:t>
      </w:r>
    </w:p>
    <w:p>
      <w:r>
        <w:t>EXPLANATION: For one dog, the possessive form is dog's.</w:t>
      </w:r>
    </w:p>
    <w:p/>
    <w:p>
      <w:r>
        <w:rPr>
          <w:b/>
        </w:rPr>
        <w:t>QUESTION 5: Which branch of government interprets laws?</w:t>
      </w:r>
    </w:p>
    <w:p>
      <w:r>
        <w:t>A. Executive</w:t>
      </w:r>
    </w:p>
    <w:p>
      <w:r>
        <w:t>B. Legislative</w:t>
      </w:r>
    </w:p>
    <w:p>
      <w:r>
        <w:t>C. Judicial</w:t>
      </w:r>
    </w:p>
    <w:p>
      <w:r>
        <w:t>D. Local</w:t>
      </w:r>
    </w:p>
    <w:p>
      <w:r>
        <w:t>ANSWER: C</w:t>
      </w:r>
    </w:p>
    <w:p>
      <w:r>
        <w:t>HINT: Think about courts and judges.</w:t>
      </w:r>
    </w:p>
    <w:p>
      <w:r>
        <w:t>EXPLANATION: The judicial branch interprets laws.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