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Tom's Review System - Individual Review Example</w:t>
      </w:r>
    </w:p>
    <w:p>
      <w:pPr>
        <w:jc w:val="center"/>
      </w:pPr>
      <w:r>
        <w:rPr>
          <w:i/>
          <w:sz w:val="20"/>
        </w:rPr>
        <w:t>Five scored questions formatted for the Individual Review / Perfect Practice workflow.</w:t>
      </w:r>
    </w:p>
    <w:p>
      <w:r>
        <w:rPr>
          <w:b/>
        </w:rPr>
        <w:t>QUESTION 1: Solve: 4x - 8 = 20</w:t>
      </w:r>
    </w:p>
    <w:p>
      <w:r>
        <w:t>A. x = 3</w:t>
      </w:r>
    </w:p>
    <w:p>
      <w:r>
        <w:t>B. x = 5</w:t>
      </w:r>
    </w:p>
    <w:p>
      <w:r>
        <w:t>C. x = 7</w:t>
      </w:r>
    </w:p>
    <w:p>
      <w:r>
        <w:t>D. x = 12</w:t>
      </w:r>
    </w:p>
    <w:p>
      <w:r>
        <w:t>ANSWER: C</w:t>
      </w:r>
    </w:p>
    <w:p>
      <w:r>
        <w:t>HINT: Add 8 to both sides first.</w:t>
      </w:r>
    </w:p>
    <w:p>
      <w:r>
        <w:t>EXPLANATION: 4x = 28, so x = 7.</w:t>
      </w:r>
    </w:p>
    <w:p/>
    <w:p>
      <w:r>
        <w:rPr>
          <w:b/>
        </w:rPr>
        <w:t>QUESTION 2: Which expression is equivalent to 3(x + 2)?</w:t>
      </w:r>
    </w:p>
    <w:p>
      <w:r>
        <w:t>A. 3x + 2</w:t>
      </w:r>
    </w:p>
    <w:p>
      <w:r>
        <w:t>B. 3x + 5</w:t>
      </w:r>
    </w:p>
    <w:p>
      <w:r>
        <w:t>C. 3x + 6</w:t>
      </w:r>
    </w:p>
    <w:p>
      <w:r>
        <w:t>D. 6x</w:t>
      </w:r>
    </w:p>
    <w:p>
      <w:r>
        <w:t>ANSWER: C</w:t>
      </w:r>
    </w:p>
    <w:p>
      <w:r>
        <w:t>HINT: Distribute the 3 to both terms.</w:t>
      </w:r>
    </w:p>
    <w:p>
      <w:r>
        <w:t>EXPLANATION: 3(x + 2) = 3x + 6.</w:t>
      </w:r>
    </w:p>
    <w:p/>
    <w:p>
      <w:r>
        <w:rPr>
          <w:b/>
        </w:rPr>
        <w:t>QUESTION 3: What is the slope between (1, 2) and (4, 8)?</w:t>
      </w:r>
    </w:p>
    <w:p>
      <w:r>
        <w:t>A. 1</w:t>
      </w:r>
    </w:p>
    <w:p>
      <w:r>
        <w:t>B. 2</w:t>
      </w:r>
    </w:p>
    <w:p>
      <w:r>
        <w:t>C. 3</w:t>
      </w:r>
    </w:p>
    <w:p>
      <w:r>
        <w:t>D. 6</w:t>
      </w:r>
    </w:p>
    <w:p>
      <w:r>
        <w:t>ANSWER: B</w:t>
      </w:r>
    </w:p>
    <w:p>
      <w:r>
        <w:t>HINT: Use rise over run.</w:t>
      </w:r>
    </w:p>
    <w:p>
      <w:r>
        <w:t>EXPLANATION: (8 - 2) / (4 - 1) = 6 / 3 = 2.</w:t>
      </w:r>
    </w:p>
    <w:p/>
    <w:p>
      <w:r>
        <w:rPr>
          <w:b/>
        </w:rPr>
        <w:t>QUESTION 4: What is 6 squared?</w:t>
      </w:r>
    </w:p>
    <w:p>
      <w:r>
        <w:t>A. 12</w:t>
      </w:r>
    </w:p>
    <w:p>
      <w:r>
        <w:t>B. 18</w:t>
      </w:r>
    </w:p>
    <w:p>
      <w:r>
        <w:t>C. 36</w:t>
      </w:r>
    </w:p>
    <w:p>
      <w:r>
        <w:t>D. 64</w:t>
      </w:r>
    </w:p>
    <w:p>
      <w:r>
        <w:t>ANSWER: C</w:t>
      </w:r>
    </w:p>
    <w:p>
      <w:r>
        <w:t>HINT: Multiply 6 by itself.</w:t>
      </w:r>
    </w:p>
    <w:p>
      <w:r>
        <w:t>EXPLANATION: 6 times 6 equals 36.</w:t>
      </w:r>
    </w:p>
    <w:p/>
    <w:p>
      <w:r>
        <w:rPr>
          <w:b/>
        </w:rPr>
        <w:t>QUESTION 5: Which property is shown by 5(a + b) = 5a + 5b?</w:t>
      </w:r>
    </w:p>
    <w:p>
      <w:r>
        <w:t>A. Associative</w:t>
      </w:r>
    </w:p>
    <w:p>
      <w:r>
        <w:t>B. Distributive</w:t>
      </w:r>
    </w:p>
    <w:p>
      <w:r>
        <w:t>C. Commutative</w:t>
      </w:r>
    </w:p>
    <w:p>
      <w:r>
        <w:t>D. Identity</w:t>
      </w:r>
    </w:p>
    <w:p>
      <w:r>
        <w:t>ANSWER: B</w:t>
      </w:r>
    </w:p>
    <w:p>
      <w:r>
        <w:t>HINT: One factor is multiplied by every term inside parentheses.</w:t>
      </w:r>
    </w:p>
    <w:p>
      <w:r>
        <w:t>EXPLANATION: This is the Distributive Property.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