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Tom's Review System — Individual Review Template</w:t>
      </w:r>
    </w:p>
    <w:p>
      <w:r>
        <w:t>Use this template as a starting point. Extra blank lines and spaces are okay. Keep the labels so Tom's Review System can identify each field.</w:t>
      </w:r>
    </w:p>
    <w:p>
      <w:pPr>
        <w:pStyle w:val="Heading1"/>
      </w:pPr>
      <w:r>
        <w:t>Scored Question Example</w:t>
      </w:r>
    </w:p>
    <w:p>
      <w:r>
        <w:t>QUESTION:</w:t>
        <w:br/>
        <w:t>Solve: 3x + 5 = 20</w:t>
        <w:br/>
        <w:br/>
        <w:t>A. x = 3</w:t>
        <w:br/>
        <w:t>B. x = 5</w:t>
        <w:br/>
        <w:t>C. x = 7</w:t>
        <w:br/>
        <w:t>D. x = 10</w:t>
        <w:br/>
        <w:br/>
        <w:t>ANSWER: B</w:t>
        <w:br/>
        <w:t>HINT: Undo the +5 first.</w:t>
        <w:br/>
        <w:t>EXPLANATION: Subtract 5 from both sides, then divide by 3.</w:t>
      </w:r>
    </w:p>
    <w:p>
      <w:pPr>
        <w:pStyle w:val="Heading1"/>
      </w:pPr>
      <w:r>
        <w:t>Add Your Questions Below</w:t>
      </w:r>
    </w:p>
    <w:p>
      <w:r>
        <w:t>1.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r>
        <w:t>2.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r>
        <w:t>3. Your question text here</w:t>
        <w:br/>
        <w:t>A. Choice A</w:t>
        <w:br/>
        <w:t>B. Choice B</w:t>
        <w:br/>
        <w:t>C. Choice C</w:t>
        <w:br/>
        <w:t>D. Choice D</w:t>
        <w:br/>
        <w:t>ANSWER: A</w:t>
        <w:br/>
        <w:t>HINT: A helpful clue that does not reveal the answer.</w:t>
        <w:br/>
        <w:t>EXPLANATION: Explain why the correct answer is correct.</w:t>
      </w:r>
    </w:p>
    <w:p>
      <w:r>
        <w:t>IMPORTANT: Individual Review supports scored questions only. Do not include TYPE: FEEDBACK / POLL items.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